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D04" w:rsidRPr="00E17D04" w:rsidRDefault="00E17D04" w:rsidP="00E17D04">
      <w:pPr>
        <w:spacing w:before="100" w:beforeAutospacing="1" w:after="100" w:afterAutospacing="1"/>
        <w:jc w:val="right"/>
      </w:pPr>
      <w:r w:rsidRPr="00E17D04">
        <w:t xml:space="preserve">Al </w:t>
      </w:r>
      <w:proofErr w:type="spellStart"/>
      <w:r w:rsidRPr="00E17D04">
        <w:t>Dirigente</w:t>
      </w:r>
      <w:proofErr w:type="spellEnd"/>
      <w:r w:rsidRPr="00E17D04">
        <w:t xml:space="preserve"> </w:t>
      </w:r>
      <w:proofErr w:type="spellStart"/>
      <w:r w:rsidRPr="00E17D04">
        <w:t>Scolastico</w:t>
      </w:r>
      <w:proofErr w:type="spellEnd"/>
    </w:p>
    <w:p w:rsidR="00E17D04" w:rsidRPr="00E17D04" w:rsidRDefault="00E17D04" w:rsidP="00E17D04">
      <w:pPr>
        <w:spacing w:before="100" w:beforeAutospacing="1" w:after="100" w:afterAutospacing="1"/>
        <w:jc w:val="right"/>
        <w:rPr>
          <w:u w:val="single"/>
        </w:rPr>
      </w:pPr>
      <w:r w:rsidRPr="00E17D04">
        <w:rPr>
          <w:u w:val="single"/>
        </w:rPr>
        <w:t>IC CAIROLI-TORINO</w:t>
      </w:r>
    </w:p>
    <w:p w:rsidR="004777E4" w:rsidRPr="00E17D04" w:rsidRDefault="00233AE5">
      <w:pPr>
        <w:spacing w:before="280" w:after="40"/>
        <w:jc w:val="center"/>
      </w:pPr>
      <w:r w:rsidRPr="00E17D04">
        <w:rPr>
          <w:b/>
        </w:rPr>
        <w:t>DICHIARAZIONE ALLERGIE E LIBERATORIA ASSUNZIONE CIBO CONFEZIONATO</w:t>
      </w:r>
    </w:p>
    <w:p w:rsidR="0076330C" w:rsidRDefault="00233AE5" w:rsidP="0076330C">
      <w:pPr>
        <w:jc w:val="center"/>
      </w:pPr>
      <w:r w:rsidRPr="00E17D04">
        <w:rPr>
          <w:b/>
          <w:sz w:val="19"/>
        </w:rPr>
        <w:t>(Valida per l'intero ciclo scolastico - fino a nuova comunicazione o revoca scritta)</w:t>
      </w:r>
    </w:p>
    <w:p w:rsidR="004777E4" w:rsidRPr="00E17D04" w:rsidRDefault="0076330C">
      <w:pPr>
        <w:spacing w:before="80" w:after="80"/>
      </w:pPr>
      <w:proofErr w:type="spellStart"/>
      <w:r>
        <w:t>Noi</w:t>
      </w:r>
      <w:proofErr w:type="spellEnd"/>
      <w:r w:rsidR="00233AE5" w:rsidRPr="00E17D04">
        <w:t xml:space="preserve"> </w:t>
      </w:r>
      <w:proofErr w:type="spellStart"/>
      <w:r w:rsidR="00233AE5" w:rsidRPr="00E17D04">
        <w:t>sottoscritti</w:t>
      </w:r>
      <w:proofErr w:type="spellEnd"/>
      <w:r w:rsidR="00233AE5" w:rsidRPr="00E17D04">
        <w:t xml:space="preserve"> _________________________________________ e _________________________________________</w:t>
      </w:r>
    </w:p>
    <w:p w:rsidR="004777E4" w:rsidRPr="00E17D04" w:rsidRDefault="00233AE5">
      <w:pPr>
        <w:spacing w:before="80" w:after="80"/>
      </w:pPr>
      <w:r w:rsidRPr="00E17D04">
        <w:t>Genitori dell'alunna/o _____________________________________________________________________________</w:t>
      </w:r>
    </w:p>
    <w:p w:rsidR="004777E4" w:rsidRPr="00E17D04" w:rsidRDefault="00233AE5">
      <w:pPr>
        <w:spacing w:before="80" w:after="120"/>
      </w:pPr>
      <w:r w:rsidRPr="00E17D04">
        <w:t>iscritta/o alla classe/sezione _________ del plesso di Scuola:</w:t>
      </w:r>
    </w:p>
    <w:p w:rsidR="004777E4" w:rsidRPr="00E17D04" w:rsidRDefault="00233AE5">
      <w:pPr>
        <w:jc w:val="center"/>
      </w:pPr>
      <w:r w:rsidRPr="00E17D04">
        <w:rPr>
          <w:b/>
          <w:sz w:val="19"/>
        </w:rPr>
        <w:t>[   ] INFANZIA          [   ] PRIMARIA          [   ] SECONDARIA DI I GRADO</w:t>
      </w:r>
    </w:p>
    <w:p w:rsidR="004777E4" w:rsidRPr="00E17D04" w:rsidRDefault="00233AE5">
      <w:pPr>
        <w:spacing w:before="80" w:after="80"/>
      </w:pPr>
      <w:r w:rsidRPr="00E17D04">
        <w:rPr>
          <w:b/>
          <w:sz w:val="20"/>
        </w:rPr>
        <w:t>1. DICHIARAZIONE RELATIVA AD ALLERGIE ED INTOLLERANZE ALIMENTARI</w:t>
      </w:r>
    </w:p>
    <w:p w:rsidR="004777E4" w:rsidRPr="00E17D04" w:rsidRDefault="00233AE5">
      <w:pPr>
        <w:spacing w:before="40" w:after="80"/>
      </w:pPr>
      <w:r w:rsidRPr="00E17D04">
        <w:rPr>
          <w:b/>
        </w:rPr>
        <w:t xml:space="preserve">[   ] </w:t>
      </w:r>
      <w:r w:rsidRPr="00E17D04">
        <w:t xml:space="preserve">Dichiariamo che l'alunna/o </w:t>
      </w:r>
      <w:r w:rsidRPr="00E17D04">
        <w:rPr>
          <w:b/>
        </w:rPr>
        <w:t>NON presenta alcuna allergia o intolleranza alimentare</w:t>
      </w:r>
      <w:r w:rsidRPr="00E17D04">
        <w:t>.</w:t>
      </w:r>
    </w:p>
    <w:p w:rsidR="004777E4" w:rsidRPr="00E17D04" w:rsidRDefault="00233AE5">
      <w:pPr>
        <w:spacing w:before="40" w:after="160"/>
      </w:pPr>
      <w:r w:rsidRPr="00E17D04">
        <w:rPr>
          <w:b/>
        </w:rPr>
        <w:t xml:space="preserve">[   ] </w:t>
      </w:r>
      <w:r w:rsidRPr="00E17D04">
        <w:t>COMUNICHIAMO che l'alunna/o presenta le seguenti allergie/intolleranze alimentari:</w:t>
      </w:r>
      <w:r w:rsidRPr="00E17D04">
        <w:br/>
        <w:t>___________________________________________________________________________________________________</w:t>
      </w:r>
    </w:p>
    <w:p w:rsidR="004777E4" w:rsidRPr="00E17D04" w:rsidRDefault="00233AE5">
      <w:pPr>
        <w:spacing w:before="80" w:after="80"/>
      </w:pPr>
      <w:r w:rsidRPr="00E17D04">
        <w:rPr>
          <w:b/>
          <w:sz w:val="20"/>
        </w:rPr>
        <w:t>2. PRESA D'ATTO, VALIDITÀ E SCELTA DELL'AUTORIZZAZIONE</w:t>
      </w:r>
    </w:p>
    <w:p w:rsidR="004777E4" w:rsidRPr="00E17D04" w:rsidRDefault="00233AE5">
      <w:pPr>
        <w:spacing w:after="80"/>
      </w:pPr>
      <w:r w:rsidRPr="00E17D04">
        <w:t xml:space="preserve">Prendiamo atto che in occasione di feste, ricorrenze o attività didattiche autorizzate sarà somministrato o condiviso </w:t>
      </w:r>
      <w:r w:rsidRPr="00E17D04">
        <w:rPr>
          <w:b/>
        </w:rPr>
        <w:t>ESCLUSIVAMENTE CIBO CONFEZIONATO</w:t>
      </w:r>
      <w:r w:rsidRPr="00E17D04">
        <w:t xml:space="preserve"> di provenienza industriale, dotato di etichetta con indicazione chiara di ingredienti ed allergeni.</w:t>
      </w:r>
    </w:p>
    <w:p w:rsidR="004777E4" w:rsidRPr="00E17D04" w:rsidRDefault="00233AE5">
      <w:pPr>
        <w:spacing w:after="160"/>
      </w:pPr>
      <w:r w:rsidRPr="00E17D04">
        <w:rPr>
          <w:b/>
          <w:sz w:val="19"/>
        </w:rPr>
        <w:t xml:space="preserve">DURATA E VALIDITÀ: </w:t>
      </w:r>
      <w:r w:rsidRPr="00E17D04">
        <w:rPr>
          <w:sz w:val="18"/>
        </w:rPr>
        <w:t>La presente dichiarazione/autorizzazione è espressamente valida per l'intero ciclo scolastico dell'alunna/o presso l'I.C.S. "Adelaide Cairoli" e si intende efficace fino a nuova comunicazione o eventuale revoca scritta da parte dei genitori.</w:t>
      </w:r>
    </w:p>
    <w:p w:rsidR="004777E4" w:rsidRPr="00E17D04" w:rsidRDefault="00233AE5">
      <w:pPr>
        <w:spacing w:before="40" w:after="80"/>
      </w:pPr>
      <w:r w:rsidRPr="00E17D04">
        <w:rPr>
          <w:b/>
          <w:sz w:val="20"/>
        </w:rPr>
        <w:t xml:space="preserve">[ </w:t>
      </w:r>
      <w:proofErr w:type="gramStart"/>
      <w:r w:rsidRPr="00E17D04">
        <w:rPr>
          <w:b/>
          <w:sz w:val="20"/>
        </w:rPr>
        <w:t xml:space="preserve">  ]</w:t>
      </w:r>
      <w:proofErr w:type="gramEnd"/>
      <w:r w:rsidRPr="00E17D04">
        <w:rPr>
          <w:b/>
          <w:sz w:val="20"/>
        </w:rPr>
        <w:t xml:space="preserve">  AUTORIZZIAMO</w:t>
      </w:r>
      <w:r w:rsidRPr="00E17D04">
        <w:t xml:space="preserve"> </w:t>
      </w:r>
      <w:r w:rsidR="0076330C">
        <w:t>nostra/o</w:t>
      </w:r>
      <w:r w:rsidRPr="00E17D04">
        <w:t xml:space="preserve"> </w:t>
      </w:r>
      <w:proofErr w:type="spellStart"/>
      <w:r w:rsidRPr="00E17D04">
        <w:t>figlia</w:t>
      </w:r>
      <w:proofErr w:type="spellEnd"/>
      <w:r w:rsidRPr="00E17D04">
        <w:t xml:space="preserve">/o </w:t>
      </w:r>
      <w:proofErr w:type="spellStart"/>
      <w:r w:rsidRPr="00E17D04">
        <w:t>all'assunzione</w:t>
      </w:r>
      <w:proofErr w:type="spellEnd"/>
      <w:r w:rsidRPr="00E17D04">
        <w:t xml:space="preserve"> </w:t>
      </w:r>
      <w:proofErr w:type="spellStart"/>
      <w:r w:rsidRPr="00E17D04">
        <w:t>degli</w:t>
      </w:r>
      <w:proofErr w:type="spellEnd"/>
      <w:r w:rsidRPr="00E17D04">
        <w:t xml:space="preserve"> alimenti confezionati offerti nelle suddette occasioni, sollevando l'Istituzione Scolastica da ogni responsabilità al riguardo.</w:t>
      </w:r>
    </w:p>
    <w:p w:rsidR="004777E4" w:rsidRPr="00E17D04" w:rsidRDefault="00233AE5">
      <w:pPr>
        <w:spacing w:before="40" w:after="280"/>
      </w:pPr>
      <w:r w:rsidRPr="00E17D04">
        <w:rPr>
          <w:b/>
          <w:sz w:val="20"/>
        </w:rPr>
        <w:t>[   ]  NON AUTORIZZIAMO</w:t>
      </w:r>
      <w:r w:rsidRPr="00E17D04">
        <w:t xml:space="preserve"> </w:t>
      </w:r>
      <w:r w:rsidR="0076330C">
        <w:t>nostra/o</w:t>
      </w:r>
      <w:bookmarkStart w:id="0" w:name="_GoBack"/>
      <w:bookmarkEnd w:id="0"/>
      <w:r w:rsidRPr="00E17D04">
        <w:t xml:space="preserve"> figlia/o all'assunzione di cibo o bevande somministrate nel corso di eventi scolastici o festeggiamenti.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5472"/>
      </w:tblGrid>
      <w:tr w:rsidR="00E17D04" w:rsidRPr="00E17D04">
        <w:trPr>
          <w:jc w:val="center"/>
        </w:trPr>
        <w:tc>
          <w:tcPr>
            <w:tcW w:w="4320" w:type="dxa"/>
          </w:tcPr>
          <w:p w:rsidR="004777E4" w:rsidRPr="00E17D04" w:rsidRDefault="00233AE5">
            <w:r w:rsidRPr="00E17D04">
              <w:t>Torino, lì ____________________</w:t>
            </w:r>
          </w:p>
        </w:tc>
        <w:tc>
          <w:tcPr>
            <w:tcW w:w="5472" w:type="dxa"/>
          </w:tcPr>
          <w:p w:rsidR="004777E4" w:rsidRPr="00E17D04" w:rsidRDefault="00233AE5">
            <w:pPr>
              <w:jc w:val="right"/>
            </w:pPr>
            <w:r w:rsidRPr="00E17D04">
              <w:t>Firma del padre*: ________________________________</w:t>
            </w:r>
            <w:r w:rsidRPr="00E17D04">
              <w:br/>
            </w:r>
            <w:r w:rsidRPr="00E17D04">
              <w:br/>
              <w:t>Firma della madre*: _______________________________</w:t>
            </w:r>
          </w:p>
        </w:tc>
      </w:tr>
    </w:tbl>
    <w:p w:rsidR="004777E4" w:rsidRDefault="004777E4">
      <w:pPr>
        <w:spacing w:before="20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4777E4">
        <w:trPr>
          <w:jc w:val="center"/>
        </w:trPr>
        <w:tc>
          <w:tcPr>
            <w:tcW w:w="9792" w:type="dxa"/>
            <w:shd w:val="clear" w:color="auto" w:fill="F9F9F9"/>
          </w:tcPr>
          <w:p w:rsidR="004777E4" w:rsidRDefault="00233AE5">
            <w:r>
              <w:rPr>
                <w:b/>
                <w:sz w:val="17"/>
              </w:rPr>
              <w:t>* DICHIARAZIONE DI RESPONSABILITÀ (in caso di firma unica - D.P.R. 445/2000):</w:t>
            </w:r>
            <w:r>
              <w:rPr>
                <w:b/>
                <w:sz w:val="17"/>
              </w:rPr>
              <w:br/>
            </w:r>
            <w:r>
              <w:rPr>
                <w:sz w:val="16"/>
              </w:rPr>
              <w:t>Il/la sottoscritto/a ____________________________________________________________________ madre/padre dell'alunno/a ________________________________________ consapevole delle sanzioni penali previste ai sensi del D.P.R. n. 445/2000 per le ipotesi di falsità in atti e dichiarazioni mendaci, dichiara che la presente scelta è stata condivisa con l'altro genitore esercente la responsabilità genitoriale.</w:t>
            </w:r>
            <w:r>
              <w:rPr>
                <w:sz w:val="16"/>
              </w:rPr>
              <w:br/>
            </w:r>
          </w:p>
          <w:p w:rsidR="004777E4" w:rsidRDefault="00233AE5">
            <w:pPr>
              <w:jc w:val="right"/>
            </w:pPr>
            <w:r>
              <w:rPr>
                <w:sz w:val="16"/>
              </w:rPr>
              <w:t>Firma del genitore: ___________________________________</w:t>
            </w:r>
          </w:p>
        </w:tc>
      </w:tr>
    </w:tbl>
    <w:p w:rsidR="00233AE5" w:rsidRDefault="00233AE5"/>
    <w:sectPr w:rsidR="00233AE5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3AE5"/>
    <w:rsid w:val="0029639D"/>
    <w:rsid w:val="00326F90"/>
    <w:rsid w:val="004777E4"/>
    <w:rsid w:val="0076330C"/>
    <w:rsid w:val="00AA1D8D"/>
    <w:rsid w:val="00B47730"/>
    <w:rsid w:val="00CB0664"/>
    <w:rsid w:val="00E17D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55905A"/>
  <w14:defaultImageDpi w14:val="300"/>
  <w15:docId w15:val="{B7EBC9C7-4B90-4E97-B340-C1DFA3B85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515154-E89C-4A27-B3B4-034C00823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Monica Rosso</cp:lastModifiedBy>
  <cp:revision>3</cp:revision>
  <dcterms:created xsi:type="dcterms:W3CDTF">2013-12-23T23:15:00Z</dcterms:created>
  <dcterms:modified xsi:type="dcterms:W3CDTF">2026-09-15T09:53:00Z</dcterms:modified>
  <cp:category/>
</cp:coreProperties>
</file>